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39"/>
        <w:gridCol w:w="7739"/>
      </w:tblGrid>
      <w:tr w:rsidR="00FB4E6D" w14:paraId="5D21C088" w14:textId="77777777">
        <w:trPr>
          <w:jc w:val="center"/>
        </w:trPr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  <w:shd w:val="clear" w:color="auto" w:fill="0B3A63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1B8156BF" w14:textId="77777777" w:rsidR="00FB4E6D" w:rsidRDefault="00B30F7F">
            <w:pPr>
              <w:spacing w:after="0"/>
            </w:pPr>
            <w:r>
              <w:rPr>
                <w:rFonts w:ascii="Aptos Display" w:hAnsi="Aptos Display"/>
                <w:b/>
                <w:color w:val="FFFFFF"/>
                <w:sz w:val="32"/>
              </w:rPr>
              <w:t>FSRO - DELEGIRANJE SLUŽBENIH LICA</w:t>
            </w:r>
          </w:p>
        </w:tc>
        <w:tc>
          <w:tcPr>
            <w:tcW w:w="7739" w:type="dxa"/>
            <w:tcBorders>
              <w:top w:val="nil"/>
              <w:left w:val="nil"/>
              <w:bottom w:val="nil"/>
              <w:right w:val="nil"/>
            </w:tcBorders>
            <w:shd w:val="clear" w:color="auto" w:fill="0B3A63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4BE9A312" w14:textId="76B74702" w:rsidR="00FB4E6D" w:rsidRDefault="00FB4E6D">
            <w:pPr>
              <w:spacing w:after="0"/>
              <w:jc w:val="right"/>
            </w:pPr>
          </w:p>
        </w:tc>
      </w:tr>
    </w:tbl>
    <w:p w14:paraId="72E3F6D2" w14:textId="77777777" w:rsidR="00FB4E6D" w:rsidRDefault="00B30F7F">
      <w:pPr>
        <w:spacing w:before="140" w:after="40"/>
      </w:pPr>
      <w:r>
        <w:rPr>
          <w:b/>
          <w:color w:val="0B3A63"/>
          <w:sz w:val="30"/>
        </w:rPr>
        <w:t>1. kolo - pregled utakmica i službenih lica</w:t>
      </w:r>
    </w:p>
    <w:p w14:paraId="2E80D931" w14:textId="77777777" w:rsidR="00FB4E6D" w:rsidRDefault="00B30F7F">
      <w:pPr>
        <w:spacing w:after="140"/>
      </w:pPr>
      <w:r>
        <w:rPr>
          <w:color w:val="657786"/>
          <w:sz w:val="19"/>
        </w:rPr>
        <w:t>Termini: 15-16.08.2026.  |  Vreme: 17:00  |  Ukupno utakmica: 8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35"/>
        <w:gridCol w:w="2551"/>
        <w:gridCol w:w="1935"/>
        <w:gridCol w:w="1935"/>
        <w:gridCol w:w="1935"/>
        <w:gridCol w:w="2324"/>
        <w:gridCol w:w="2381"/>
        <w:gridCol w:w="2381"/>
      </w:tblGrid>
      <w:tr w:rsidR="00FB4E6D" w14:paraId="7898A162" w14:textId="77777777">
        <w:trPr>
          <w:cantSplit/>
          <w:jc w:val="center"/>
        </w:trPr>
        <w:tc>
          <w:tcPr>
            <w:tcW w:w="1935" w:type="dxa"/>
            <w:tcBorders>
              <w:top w:val="nil"/>
              <w:left w:val="nil"/>
              <w:bottom w:val="single" w:sz="8" w:space="0" w:color="0B3A63"/>
              <w:right w:val="nil"/>
            </w:tcBorders>
            <w:shd w:val="clear" w:color="auto" w:fill="0B3A6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018ECDE" w14:textId="77777777" w:rsidR="00FB4E6D" w:rsidRDefault="00B30F7F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#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B3A63"/>
              <w:right w:val="nil"/>
            </w:tcBorders>
            <w:shd w:val="clear" w:color="auto" w:fill="0B3A6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743BFBC" w14:textId="77777777" w:rsidR="00FB4E6D" w:rsidRDefault="00B30F7F">
            <w:pPr>
              <w:spacing w:after="0"/>
            </w:pPr>
            <w:r>
              <w:rPr>
                <w:b/>
                <w:color w:val="FFFFFF"/>
                <w:sz w:val="15"/>
              </w:rPr>
              <w:t>Utakmica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B3A63"/>
              <w:right w:val="nil"/>
            </w:tcBorders>
            <w:shd w:val="clear" w:color="auto" w:fill="0B3A6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D1F8D3F" w14:textId="77777777" w:rsidR="00FB4E6D" w:rsidRDefault="00B30F7F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Datum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B3A63"/>
              <w:right w:val="nil"/>
            </w:tcBorders>
            <w:shd w:val="clear" w:color="auto" w:fill="0B3A6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E7AB721" w14:textId="77777777" w:rsidR="00FB4E6D" w:rsidRDefault="00B30F7F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Vreme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B3A63"/>
              <w:right w:val="nil"/>
            </w:tcBorders>
            <w:shd w:val="clear" w:color="auto" w:fill="0B3A6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04D02F9A" w14:textId="77777777" w:rsidR="00FB4E6D" w:rsidRDefault="00B30F7F">
            <w:pPr>
              <w:spacing w:after="0"/>
              <w:jc w:val="center"/>
            </w:pPr>
            <w:r>
              <w:rPr>
                <w:b/>
                <w:color w:val="FFFFFF"/>
                <w:sz w:val="15"/>
              </w:rPr>
              <w:t>Kolo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B3A63"/>
              <w:right w:val="nil"/>
            </w:tcBorders>
            <w:shd w:val="clear" w:color="auto" w:fill="0B3A6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41BEECC7" w14:textId="77777777" w:rsidR="00FB4E6D" w:rsidRDefault="00B30F7F">
            <w:pPr>
              <w:spacing w:after="0"/>
            </w:pPr>
            <w:r>
              <w:rPr>
                <w:b/>
                <w:color w:val="FFFFFF"/>
                <w:sz w:val="15"/>
              </w:rPr>
              <w:t>Glavni sudija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B3A63"/>
              <w:right w:val="nil"/>
            </w:tcBorders>
            <w:shd w:val="clear" w:color="auto" w:fill="0B3A6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48E7338" w14:textId="77777777" w:rsidR="00FB4E6D" w:rsidRDefault="00B30F7F">
            <w:pPr>
              <w:spacing w:after="0"/>
            </w:pPr>
            <w:r>
              <w:rPr>
                <w:b/>
                <w:color w:val="FFFFFF"/>
                <w:sz w:val="15"/>
              </w:rPr>
              <w:t>Prvi pomoćni sudija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B3A63"/>
              <w:right w:val="nil"/>
            </w:tcBorders>
            <w:shd w:val="clear" w:color="auto" w:fill="0B3A63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77E71EE1" w14:textId="77777777" w:rsidR="00FB4E6D" w:rsidRDefault="00B30F7F">
            <w:pPr>
              <w:spacing w:after="0"/>
            </w:pPr>
            <w:r>
              <w:rPr>
                <w:b/>
                <w:color w:val="FFFFFF"/>
                <w:sz w:val="15"/>
              </w:rPr>
              <w:t>Drugi pomoćni sudija</w:t>
            </w:r>
          </w:p>
        </w:tc>
      </w:tr>
      <w:tr w:rsidR="00FB4E6D" w14:paraId="7463C340" w14:textId="77777777">
        <w:trPr>
          <w:cantSplit/>
          <w:jc w:val="center"/>
        </w:trPr>
        <w:tc>
          <w:tcPr>
            <w:tcW w:w="39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1274325A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0EBC6304" w14:textId="77777777" w:rsidR="00FB4E6D" w:rsidRDefault="00B30F7F">
            <w:pPr>
              <w:spacing w:after="0"/>
            </w:pPr>
            <w:r>
              <w:rPr>
                <w:b/>
                <w:color w:val="1F2933"/>
                <w:sz w:val="16"/>
              </w:rPr>
              <w:t xml:space="preserve">Morava - </w:t>
            </w:r>
            <w:r>
              <w:rPr>
                <w:b/>
                <w:color w:val="1F2933"/>
                <w:sz w:val="16"/>
              </w:rPr>
              <w:t>Mačkovac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6C2F4C65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15.08.2026.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6D92A484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17:00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2DBE5676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7A07C61B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Ljubiša Jakovljević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1747E077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Marko Đorđević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3B7AE303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Marko Milosavljević</w:t>
            </w:r>
          </w:p>
        </w:tc>
      </w:tr>
      <w:tr w:rsidR="00FB4E6D" w14:paraId="1180366D" w14:textId="77777777">
        <w:trPr>
          <w:cantSplit/>
          <w:jc w:val="center"/>
        </w:trPr>
        <w:tc>
          <w:tcPr>
            <w:tcW w:w="39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3246744C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53E85FCD" w14:textId="77777777" w:rsidR="00FB4E6D" w:rsidRDefault="00B30F7F">
            <w:pPr>
              <w:spacing w:after="0"/>
            </w:pPr>
            <w:r>
              <w:rPr>
                <w:b/>
                <w:color w:val="1F2933"/>
                <w:sz w:val="16"/>
              </w:rPr>
              <w:t>Borac - Mladost 1977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14B00D4C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15.08.2026.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40FADD93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17:00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73131662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3E4EA078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Dušan Stojanović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696EE09A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Jelena Radmanovac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5DAB58F2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Stefan Antonijević</w:t>
            </w:r>
          </w:p>
        </w:tc>
      </w:tr>
      <w:tr w:rsidR="00FB4E6D" w14:paraId="5571CE54" w14:textId="77777777">
        <w:trPr>
          <w:cantSplit/>
          <w:jc w:val="center"/>
        </w:trPr>
        <w:tc>
          <w:tcPr>
            <w:tcW w:w="39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7EB4A665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736076BC" w14:textId="77777777" w:rsidR="00FB4E6D" w:rsidRDefault="00B30F7F">
            <w:pPr>
              <w:spacing w:after="0"/>
            </w:pPr>
            <w:r>
              <w:rPr>
                <w:b/>
                <w:color w:val="1F2933"/>
                <w:sz w:val="16"/>
              </w:rPr>
              <w:t>Kupci - Blagotin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56B808DA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16.08.2026.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6D386517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17:00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278B11A7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1D30F588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Veljko Bjelanović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7A482F48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 xml:space="preserve">Bogdan </w:t>
            </w:r>
            <w:r>
              <w:rPr>
                <w:color w:val="1F2933"/>
                <w:sz w:val="16"/>
              </w:rPr>
              <w:t>Milićević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3E4AC4EF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Veselin Ivković</w:t>
            </w:r>
          </w:p>
        </w:tc>
      </w:tr>
      <w:tr w:rsidR="00FB4E6D" w14:paraId="52D547EF" w14:textId="77777777">
        <w:trPr>
          <w:cantSplit/>
          <w:jc w:val="center"/>
        </w:trPr>
        <w:tc>
          <w:tcPr>
            <w:tcW w:w="39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0A054DA0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087FB631" w14:textId="77777777" w:rsidR="00FB4E6D" w:rsidRDefault="00B30F7F">
            <w:pPr>
              <w:spacing w:after="0"/>
            </w:pPr>
            <w:r>
              <w:rPr>
                <w:b/>
                <w:color w:val="1F2933"/>
                <w:sz w:val="16"/>
              </w:rPr>
              <w:t>Parunovac - Duel Juniors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267D18B8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16.08.2026.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282A170C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17:00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71C2F6C8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5F82452D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Slaviša Jakovljević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23A4A631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Nikola Drašković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7E886D47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Milan Milenković</w:t>
            </w:r>
          </w:p>
        </w:tc>
      </w:tr>
      <w:tr w:rsidR="00FB4E6D" w14:paraId="6D610865" w14:textId="77777777">
        <w:trPr>
          <w:cantSplit/>
          <w:jc w:val="center"/>
        </w:trPr>
        <w:tc>
          <w:tcPr>
            <w:tcW w:w="39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5B358180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2EB5F7FF" w14:textId="77777777" w:rsidR="00FB4E6D" w:rsidRDefault="00B30F7F">
            <w:pPr>
              <w:spacing w:after="0"/>
            </w:pPr>
            <w:r>
              <w:rPr>
                <w:b/>
                <w:color w:val="1F2933"/>
                <w:sz w:val="16"/>
              </w:rPr>
              <w:t>Čitluk - Vinogradar Zleginje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15F7CC14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16.08.2026.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5E5CD7F5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17:00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2AD5B0CA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62EC069A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Petar Mitić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13C63E41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Dimitrije Mijajlović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374F0434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Jana Vukosavljević</w:t>
            </w:r>
          </w:p>
        </w:tc>
      </w:tr>
      <w:tr w:rsidR="00FB4E6D" w14:paraId="73535058" w14:textId="77777777">
        <w:trPr>
          <w:cantSplit/>
          <w:jc w:val="center"/>
        </w:trPr>
        <w:tc>
          <w:tcPr>
            <w:tcW w:w="39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3E8BEBCD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18E1DA89" w14:textId="77777777" w:rsidR="00FB4E6D" w:rsidRDefault="00B30F7F">
            <w:pPr>
              <w:spacing w:after="0"/>
            </w:pPr>
            <w:r>
              <w:rPr>
                <w:b/>
                <w:color w:val="1F2933"/>
                <w:sz w:val="16"/>
              </w:rPr>
              <w:t xml:space="preserve">Jastrebac - </w:t>
            </w:r>
            <w:r>
              <w:rPr>
                <w:b/>
                <w:color w:val="1F2933"/>
                <w:sz w:val="16"/>
              </w:rPr>
              <w:t>Omladinac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2B89830D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16.08.2026.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557555EC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17:00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116E3486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4BE1C0D6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Konstantin Simić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2EAFA883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Emanuil Gojas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23E06A1B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Đorđije Lazić</w:t>
            </w:r>
          </w:p>
        </w:tc>
      </w:tr>
      <w:tr w:rsidR="00FB4E6D" w14:paraId="6BAF9D51" w14:textId="77777777">
        <w:trPr>
          <w:cantSplit/>
          <w:jc w:val="center"/>
        </w:trPr>
        <w:tc>
          <w:tcPr>
            <w:tcW w:w="39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5E3E2532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1125D84B" w14:textId="77777777" w:rsidR="00FB4E6D" w:rsidRDefault="00B30F7F">
            <w:pPr>
              <w:spacing w:after="0"/>
            </w:pPr>
            <w:r>
              <w:rPr>
                <w:b/>
                <w:color w:val="1F2933"/>
                <w:sz w:val="16"/>
              </w:rPr>
              <w:t>Omladinac - Mladost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73E762A6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16.08.2026.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0EC07D5C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17:00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0995DA10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54DB4EA9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Bojan Milić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7C6581BB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Stefan Vasilov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8FAFC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5D2EE90E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Milan Radić</w:t>
            </w:r>
          </w:p>
        </w:tc>
      </w:tr>
      <w:tr w:rsidR="00FB4E6D" w14:paraId="6EF0178C" w14:textId="77777777">
        <w:trPr>
          <w:cantSplit/>
          <w:jc w:val="center"/>
        </w:trPr>
        <w:tc>
          <w:tcPr>
            <w:tcW w:w="39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4B332775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047D973D" w14:textId="77777777" w:rsidR="00FB4E6D" w:rsidRDefault="00B30F7F">
            <w:pPr>
              <w:spacing w:after="0"/>
            </w:pPr>
            <w:r>
              <w:rPr>
                <w:b/>
                <w:color w:val="1F2933"/>
                <w:sz w:val="16"/>
              </w:rPr>
              <w:t>Sloga - Stepoš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611FA991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16.08.2026.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16B9188A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17:00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55EF1915" w14:textId="77777777" w:rsidR="00FB4E6D" w:rsidRDefault="00B30F7F">
            <w:pPr>
              <w:spacing w:after="0"/>
              <w:jc w:val="center"/>
            </w:pPr>
            <w:r>
              <w:rPr>
                <w:color w:val="1F2933"/>
                <w:sz w:val="16"/>
              </w:rPr>
              <w:t>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50A22840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Dejan Miletić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77EEEF1F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Nemanja Dubroja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D9E2EA"/>
              <w:right w:val="nil"/>
            </w:tcBorders>
            <w:shd w:val="clear" w:color="auto" w:fill="FFFFFF"/>
            <w:tcMar>
              <w:top w:w="92" w:type="dxa"/>
              <w:left w:w="80" w:type="dxa"/>
              <w:bottom w:w="92" w:type="dxa"/>
              <w:right w:w="80" w:type="dxa"/>
            </w:tcMar>
            <w:vAlign w:val="center"/>
          </w:tcPr>
          <w:p w14:paraId="24586A3B" w14:textId="77777777" w:rsidR="00FB4E6D" w:rsidRDefault="00B30F7F">
            <w:pPr>
              <w:spacing w:after="0"/>
            </w:pPr>
            <w:r>
              <w:rPr>
                <w:color w:val="1F2933"/>
                <w:sz w:val="16"/>
              </w:rPr>
              <w:t>Nemanja Brkić</w:t>
            </w:r>
          </w:p>
        </w:tc>
      </w:tr>
    </w:tbl>
    <w:p w14:paraId="0BC445F5" w14:textId="7447849C" w:rsidR="00FB4E6D" w:rsidRDefault="00FB4E6D">
      <w:pPr>
        <w:spacing w:before="140" w:after="0"/>
      </w:pPr>
    </w:p>
    <w:sectPr w:rsidR="00FB4E6D" w:rsidSect="00034616">
      <w:footerReference w:type="default" r:id="rId8"/>
      <w:pgSz w:w="16838" w:h="11906" w:orient="landscape"/>
      <w:pgMar w:top="680" w:right="680" w:bottom="624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E579E" w14:textId="77777777" w:rsidR="00B30F7F" w:rsidRDefault="00B30F7F">
      <w:pPr>
        <w:spacing w:after="0" w:line="240" w:lineRule="auto"/>
      </w:pPr>
      <w:r>
        <w:separator/>
      </w:r>
    </w:p>
  </w:endnote>
  <w:endnote w:type="continuationSeparator" w:id="0">
    <w:p w14:paraId="4FF00D72" w14:textId="77777777" w:rsidR="00B30F7F" w:rsidRDefault="00B3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36341" w14:textId="5D55AF70" w:rsidR="00FB4E6D" w:rsidRDefault="00B30F7F">
    <w:pPr>
      <w:pStyle w:val="Footer"/>
      <w:jc w:val="right"/>
    </w:pPr>
    <w:r>
      <w:rPr>
        <w:color w:val="657786"/>
        <w:sz w:val="15"/>
      </w:rPr>
      <w:t xml:space="preserve">FSRO • </w:t>
    </w:r>
    <w:proofErr w:type="spellStart"/>
    <w:r>
      <w:rPr>
        <w:color w:val="657786"/>
        <w:sz w:val="15"/>
      </w:rPr>
      <w:t>dokument</w:t>
    </w:r>
    <w:proofErr w:type="spellEnd"/>
    <w:r>
      <w:rPr>
        <w:color w:val="657786"/>
        <w:sz w:val="15"/>
      </w:rPr>
      <w:t xml:space="preserve"> • </w:t>
    </w:r>
    <w:proofErr w:type="spellStart"/>
    <w:r>
      <w:rPr>
        <w:color w:val="657786"/>
        <w:sz w:val="15"/>
      </w:rPr>
      <w:t>Avgust</w:t>
    </w:r>
    <w:proofErr w:type="spellEnd"/>
    <w:r>
      <w:rPr>
        <w:color w:val="657786"/>
        <w:sz w:val="15"/>
      </w:rPr>
      <w:t xml:space="preserve"> </w:t>
    </w:r>
    <w:r>
      <w:rPr>
        <w:color w:val="657786"/>
        <w:sz w:val="15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8C701" w14:textId="77777777" w:rsidR="00B30F7F" w:rsidRDefault="00B30F7F">
      <w:pPr>
        <w:spacing w:after="0" w:line="240" w:lineRule="auto"/>
      </w:pPr>
      <w:r>
        <w:separator/>
      </w:r>
    </w:p>
  </w:footnote>
  <w:footnote w:type="continuationSeparator" w:id="0">
    <w:p w14:paraId="5B5D17A0" w14:textId="77777777" w:rsidR="00B30F7F" w:rsidRDefault="00B30F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0CC2"/>
    <w:rsid w:val="0015074B"/>
    <w:rsid w:val="0029639D"/>
    <w:rsid w:val="00326F90"/>
    <w:rsid w:val="00AA1D8D"/>
    <w:rsid w:val="00B30F7F"/>
    <w:rsid w:val="00B47730"/>
    <w:rsid w:val="00CB0664"/>
    <w:rsid w:val="00FB4E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C8B6B9"/>
  <w14:defaultImageDpi w14:val="300"/>
  <w15:docId w15:val="{2C9C0F07-1A0C-4748-9EE5-060F7EC1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Marko Beloica</cp:lastModifiedBy>
  <cp:revision>2</cp:revision>
  <dcterms:created xsi:type="dcterms:W3CDTF">2013-12-23T23:15:00Z</dcterms:created>
  <dcterms:modified xsi:type="dcterms:W3CDTF">2026-08-18T05:56:00Z</dcterms:modified>
  <cp:category/>
</cp:coreProperties>
</file>